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LETTERA DI DIMISSIONI</w:t>
      </w:r>
    </w:p>
    <w:p/>
    <w:p/>
    <w:p>
      <w:r>
        <w:rPr>
          <w:b/>
          <w:sz w:val="20"/>
        </w:rPr>
        <w:t>Al Dirigente Scolastico</w:t>
      </w:r>
    </w:p>
    <w:p>
      <w:r>
        <w:rPr>
          <w:b w:val="0"/>
          <w:sz w:val="20"/>
        </w:rPr>
        <w:t>Istituto _______________________________</w:t>
      </w:r>
    </w:p>
    <w:p>
      <w:r>
        <w:rPr>
          <w:b w:val="0"/>
          <w:sz w:val="20"/>
        </w:rPr>
        <w:t>Via ____________________________________</w:t>
      </w:r>
    </w:p>
    <w:p>
      <w:r>
        <w:rPr>
          <w:b w:val="0"/>
          <w:sz w:val="20"/>
        </w:rPr>
        <w:t>CAP __________ Città ____________________</w:t>
      </w:r>
    </w:p>
    <w:p/>
    <w:p/>
    <w:p>
      <w:r>
        <w:rPr>
          <w:b/>
          <w:sz w:val="20"/>
        </w:rPr>
        <w:t>Il/la sottoscritto/a __________________________________________________</w:t>
      </w:r>
    </w:p>
    <w:p>
      <w:r>
        <w:rPr>
          <w:b w:val="0"/>
          <w:sz w:val="20"/>
        </w:rPr>
        <w:t>Nato/a a ______________________________ il ____________________________</w:t>
      </w:r>
    </w:p>
    <w:p>
      <w:r>
        <w:rPr>
          <w:b w:val="0"/>
          <w:sz w:val="20"/>
        </w:rPr>
        <w:t>Codice Fiscale _________________________</w:t>
      </w:r>
    </w:p>
    <w:p>
      <w:r>
        <w:rPr>
          <w:b w:val="0"/>
          <w:sz w:val="20"/>
        </w:rPr>
        <w:t>Residente in ___________________________</w:t>
      </w:r>
    </w:p>
    <w:p>
      <w:r>
        <w:rPr>
          <w:b w:val="0"/>
          <w:sz w:val="20"/>
        </w:rPr>
        <w:t>Via ____________________________________</w:t>
      </w:r>
    </w:p>
    <w:p>
      <w:r>
        <w:rPr>
          <w:b w:val="0"/>
          <w:sz w:val="20"/>
        </w:rPr>
        <w:t>CAP __________ Città ____________________</w:t>
      </w:r>
    </w:p>
    <w:p/>
    <w:p/>
    <w:p>
      <w:r>
        <w:rPr>
          <w:b/>
          <w:sz w:val="20"/>
        </w:rPr>
        <w:t>Oggetto: Dimissioni volontarie dal servizio</w:t>
      </w:r>
    </w:p>
    <w:p/>
    <w:p>
      <w:r>
        <w:rPr>
          <w:b w:val="0"/>
          <w:sz w:val="20"/>
        </w:rPr>
        <w:t>Con la presente, il/la sottoscritto/a comunica formalmente la propria volontà di dimettersi dal servizio presso codesto Istituto scolastico, con decorrenza dal termine del periodo di preavviso previsto dal contratto nazionale di lavoro applicato al personale docente e ATA, senza necessità di ulteriori comunicazioni.</w:t>
      </w:r>
    </w:p>
    <w:p/>
    <w:p>
      <w:r>
        <w:rPr>
          <w:b w:val="0"/>
          <w:sz w:val="20"/>
        </w:rPr>
        <w:t>Dichiaro di essere a conoscenza degli obblighi derivanti dal contratto collettivo nazionale di lavoro e delle eventuali disposizioni specifiche dell’Istituto riguardo al preavviso e alla consegna di eventuali materiali, documentazioni o attrezzature fornite dall’Amministrazione.</w:t>
      </w:r>
    </w:p>
    <w:p/>
    <w:p>
      <w:r>
        <w:rPr>
          <w:b w:val="0"/>
          <w:sz w:val="20"/>
        </w:rPr>
        <w:t>Resto a disposizione per ogni eventuale chiarimento o attività necessaria in fase di cessazione del rapporto.</w:t>
      </w:r>
    </w:p>
    <w:p/>
    <w:p/>
    <w:p>
      <w:r>
        <w:rPr>
          <w:b w:val="0"/>
          <w:sz w:val="20"/>
        </w:rPr>
        <w:t>Cordiali saluti,</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br/>
              <w:br/>
              <w:t>Firma: _______________________________</w:t>
            </w:r>
          </w:p>
        </w:tc>
      </w:tr>
      <w:tr>
        <w:tc>
          <w:tcPr>
            <w:tcW w:type="dxa" w:w="9972"/>
            <w:tcBorders>
              <w:top w:val="nil"/>
              <w:left w:val="nil"/>
              <w:bottom w:val="nil"/>
              <w:right w:val="nil"/>
              <w:insideH w:val="nil"/>
              <w:insideV w:val="nil"/>
            </w:tcBorders>
          </w:tcPr>
          <w:p>
            <w:pPr>
              <w:jc w:val="left"/>
            </w:pPr>
            <w:r>
              <w:t>Nome e Cognome: _______________________________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https://dimissioni-facili.com/lettera-di-dimissioni-al-dirigente-scolastico/</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https://dimissioni-facili.com</w:t>
        </w:r>
      </w:hyperlink>
    </w:p>
    <w:p>
      <w:pPr>
        <w:jc w:val="center"/>
      </w:pPr>
      <w:r>
        <w:rPr>
          <w:color w:val="808080"/>
          <w:sz w:val="20"/>
        </w:rPr>
        <w:t>Questo modello è destinato esclusivamente a un uso personale e non commerciale.</w:t>
        <w:br/>
        <w:t>Qualsiasi diffusione o pubblicazione deve citare obbligatoriamente la fonte. © dimissioni-facili.com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imissioni-facili.com/lettera-di-dimissioni-al-dirigente-scolastico/" TargetMode="External"/><Relationship Id="rId10" Type="http://schemas.openxmlformats.org/officeDocument/2006/relationships/hyperlink" Target="https://dimissioni-facil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